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4B8" w:rsidRDefault="009D4177">
      <w:pPr>
        <w:jc w:val="center"/>
      </w:pPr>
      <w:r>
        <w:rPr>
          <w:b/>
          <w:sz w:val="20"/>
        </w:rPr>
        <w:t>BIBLIOTEKA I CENTRUM KULTURY W TRZCIŃSKU-ZDROJU</w:t>
      </w:r>
      <w:r>
        <w:rPr>
          <w:b/>
          <w:sz w:val="20"/>
        </w:rPr>
        <w:br/>
        <w:t>ODDZIAŁ DLA DZIECI</w:t>
      </w:r>
    </w:p>
    <w:p w:rsidR="003B54B8" w:rsidRDefault="009D4177">
      <w:pPr>
        <w:jc w:val="center"/>
      </w:pPr>
      <w:r>
        <w:rPr>
          <w:b/>
          <w:sz w:val="30"/>
        </w:rPr>
        <w:t>KARTA ZGŁOSZENIA UCZESTNIKA</w:t>
      </w:r>
    </w:p>
    <w:p w:rsidR="003B54B8" w:rsidRDefault="009D4177">
      <w:pPr>
        <w:jc w:val="center"/>
      </w:pPr>
      <w:r>
        <w:rPr>
          <w:b/>
          <w:sz w:val="24"/>
        </w:rPr>
        <w:t>„NOC</w:t>
      </w:r>
      <w:r w:rsidR="00DD4736">
        <w:rPr>
          <w:b/>
          <w:sz w:val="24"/>
        </w:rPr>
        <w:t>OWANIE</w:t>
      </w:r>
      <w:r>
        <w:rPr>
          <w:b/>
          <w:sz w:val="24"/>
        </w:rPr>
        <w:t xml:space="preserve"> W BIBLIOTECE: </w:t>
      </w:r>
      <w:r w:rsidR="00DD4736">
        <w:rPr>
          <w:b/>
          <w:sz w:val="24"/>
        </w:rPr>
        <w:t>W POSZUKIWANIU</w:t>
      </w:r>
      <w:r>
        <w:rPr>
          <w:b/>
          <w:sz w:val="24"/>
        </w:rPr>
        <w:t xml:space="preserve"> MAGII ŚWIĄT”</w:t>
      </w:r>
    </w:p>
    <w:p w:rsidR="003B54B8" w:rsidRDefault="009D4177">
      <w:pPr>
        <w:jc w:val="center"/>
      </w:pPr>
      <w:r>
        <w:rPr>
          <w:b/>
        </w:rPr>
        <w:t>11 grudnia 2026 r.  |  Wpisowe: 70 zł</w:t>
      </w:r>
    </w:p>
    <w:p w:rsidR="003B54B8" w:rsidRDefault="009D4177">
      <w:pPr>
        <w:spacing w:before="80" w:after="40"/>
      </w:pPr>
      <w:r>
        <w:rPr>
          <w:b/>
          <w:sz w:val="19"/>
        </w:rPr>
        <w:t>1. DANE UCZESTNIKA</w:t>
      </w:r>
    </w:p>
    <w:p w:rsidR="003B54B8" w:rsidRDefault="009D4177">
      <w:pPr>
        <w:spacing w:after="40"/>
      </w:pPr>
      <w:r>
        <w:t xml:space="preserve">Imię i nazwisko dziecka: </w:t>
      </w:r>
      <w:r>
        <w:t>................................................................................................................</w:t>
      </w:r>
    </w:p>
    <w:p w:rsidR="003B54B8" w:rsidRDefault="009D4177">
      <w:pPr>
        <w:spacing w:after="40"/>
      </w:pPr>
      <w:r>
        <w:t>Data urodzenia: ........................................................  Wiek: ................</w:t>
      </w:r>
    </w:p>
    <w:p w:rsidR="003B54B8" w:rsidRDefault="009D4177">
      <w:pPr>
        <w:spacing w:after="40"/>
      </w:pPr>
      <w:r>
        <w:t xml:space="preserve">Czy dziecko jest czytelnikiem Biblioteki?   ☐ </w:t>
      </w:r>
      <w:r>
        <w:t>TAK   ☐ NIE</w:t>
      </w:r>
    </w:p>
    <w:p w:rsidR="003B54B8" w:rsidRDefault="009D4177">
      <w:pPr>
        <w:spacing w:after="40"/>
      </w:pPr>
      <w:r>
        <w:t>Telefon kontaktowy do dziecka (jeśli posiada): ...............................................................................</w:t>
      </w:r>
    </w:p>
    <w:p w:rsidR="003B54B8" w:rsidRDefault="009D4177">
      <w:pPr>
        <w:spacing w:before="80" w:after="40"/>
      </w:pPr>
      <w:r>
        <w:rPr>
          <w:b/>
          <w:sz w:val="19"/>
        </w:rPr>
        <w:t>2. DANE RODZICA / OPIEKUNA PRAWNEGO</w:t>
      </w:r>
    </w:p>
    <w:p w:rsidR="003B54B8" w:rsidRDefault="009D4177">
      <w:pPr>
        <w:spacing w:after="40"/>
      </w:pPr>
      <w:r>
        <w:t>Imię i nazwisko: ................................................................</w:t>
      </w:r>
      <w:r>
        <w:t>.............................................................</w:t>
      </w:r>
    </w:p>
    <w:p w:rsidR="003B54B8" w:rsidRDefault="009D4177">
      <w:pPr>
        <w:spacing w:after="40"/>
      </w:pPr>
      <w:r>
        <w:t>Telefon kontaktowy: ....................................................  E-mail: ....................................................</w:t>
      </w:r>
    </w:p>
    <w:p w:rsidR="003B54B8" w:rsidRDefault="009D4177">
      <w:pPr>
        <w:spacing w:after="40"/>
      </w:pPr>
      <w:r>
        <w:t>Osoba upoważniona do odbioru dziecka (imię i nazwisko, tele</w:t>
      </w:r>
      <w:r>
        <w:t>fon):</w:t>
      </w:r>
    </w:p>
    <w:p w:rsidR="003B54B8" w:rsidRDefault="009D4177">
      <w:pPr>
        <w:spacing w:after="40"/>
      </w:pPr>
      <w:r>
        <w:t>....................................................................................................................................................</w:t>
      </w:r>
    </w:p>
    <w:p w:rsidR="003B54B8" w:rsidRDefault="009D4177">
      <w:pPr>
        <w:spacing w:before="80" w:after="40"/>
      </w:pPr>
      <w:r>
        <w:rPr>
          <w:b/>
          <w:sz w:val="19"/>
        </w:rPr>
        <w:t>3. INFORMACJE WAŻNE DLA BEZPIECZEŃSTWA</w:t>
      </w:r>
    </w:p>
    <w:p w:rsidR="003B54B8" w:rsidRDefault="009D4177">
      <w:pPr>
        <w:spacing w:after="40"/>
      </w:pPr>
      <w:r>
        <w:t xml:space="preserve">Czy dziecko ma alergie, przyjmuje leki lub wymaga szczególnej </w:t>
      </w:r>
      <w:r>
        <w:t>opieki?   ☐ NIE   ☐ TAK</w:t>
      </w:r>
    </w:p>
    <w:p w:rsidR="003B54B8" w:rsidRDefault="009D4177">
      <w:pPr>
        <w:spacing w:after="40"/>
      </w:pPr>
      <w:r>
        <w:t>Jeśli tak, proszę podać informacje istotne dla bezpieczeństwa dziecka:</w:t>
      </w:r>
    </w:p>
    <w:p w:rsidR="003B54B8" w:rsidRDefault="009D4177">
      <w:pPr>
        <w:spacing w:after="40"/>
      </w:pPr>
      <w:r>
        <w:t>....................................................................................................................................................</w:t>
      </w:r>
    </w:p>
    <w:p w:rsidR="003B54B8" w:rsidRDefault="009D4177">
      <w:pPr>
        <w:spacing w:after="40"/>
      </w:pPr>
      <w:r>
        <w:t>............</w:t>
      </w:r>
      <w:r>
        <w:t>........................................................................................................................................</w:t>
      </w:r>
    </w:p>
    <w:p w:rsidR="003B54B8" w:rsidRDefault="009D4177">
      <w:pPr>
        <w:spacing w:after="40"/>
      </w:pPr>
      <w:r>
        <w:t>Inne ważne informacje (np. dieta): ....................................................................................</w:t>
      </w:r>
      <w:r>
        <w:t>..............</w:t>
      </w:r>
    </w:p>
    <w:p w:rsidR="003B54B8" w:rsidRDefault="009D4177">
      <w:pPr>
        <w:spacing w:before="80" w:after="40"/>
      </w:pPr>
      <w:r>
        <w:rPr>
          <w:b/>
          <w:sz w:val="19"/>
        </w:rPr>
        <w:t>4. ZGODY I OŚWIADCZENIA RODZICA / OPIEKUNA PRAWNEGO</w:t>
      </w:r>
    </w:p>
    <w:p w:rsidR="003B54B8" w:rsidRDefault="009D4177">
      <w:pPr>
        <w:spacing w:after="40"/>
      </w:pPr>
      <w:r>
        <w:t>☐</w:t>
      </w:r>
      <w:r>
        <w:t xml:space="preserve"> Wyrażam zgodę na udział mojego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wydarzeniu</w:t>
      </w:r>
      <w:proofErr w:type="spellEnd"/>
      <w:r>
        <w:t xml:space="preserve"> „</w:t>
      </w:r>
      <w:proofErr w:type="spellStart"/>
      <w:r>
        <w:t>Noc</w:t>
      </w:r>
      <w:r w:rsidR="00DD4736">
        <w:t>owanie</w:t>
      </w:r>
      <w:proofErr w:type="spellEnd"/>
      <w:r>
        <w:t xml:space="preserve"> w </w:t>
      </w:r>
      <w:proofErr w:type="spellStart"/>
      <w:r>
        <w:t>Bibliotece</w:t>
      </w:r>
      <w:proofErr w:type="spellEnd"/>
      <w:r>
        <w:t xml:space="preserve">: </w:t>
      </w:r>
      <w:r w:rsidR="00DD4736">
        <w:t xml:space="preserve">W </w:t>
      </w:r>
      <w:proofErr w:type="spellStart"/>
      <w:r w:rsidR="00DD4736">
        <w:t>poszukiwaniu</w:t>
      </w:r>
      <w:proofErr w:type="spellEnd"/>
      <w:r>
        <w:t xml:space="preserve"> </w:t>
      </w:r>
      <w:proofErr w:type="spellStart"/>
      <w:r>
        <w:t>Magii</w:t>
      </w:r>
      <w:proofErr w:type="spellEnd"/>
      <w:r>
        <w:t xml:space="preserve"> </w:t>
      </w:r>
      <w:proofErr w:type="spellStart"/>
      <w:r>
        <w:t>Świąt</w:t>
      </w:r>
      <w:proofErr w:type="spellEnd"/>
      <w:r>
        <w:t>”</w:t>
      </w:r>
    </w:p>
    <w:p w:rsidR="003B54B8" w:rsidRDefault="009D4177">
      <w:pPr>
        <w:spacing w:after="40"/>
      </w:pPr>
      <w:r>
        <w:t xml:space="preserve">   organizowanym 11 grudnia 2026 r. w Oddziale dla Dzieci BiCK w Trzcińsku-Zdroju.</w:t>
      </w:r>
    </w:p>
    <w:p w:rsidR="003B54B8" w:rsidRDefault="009D4177">
      <w:pPr>
        <w:spacing w:after="40"/>
      </w:pPr>
      <w:r>
        <w:t>☐</w:t>
      </w:r>
      <w:r>
        <w:t xml:space="preserve"> Wyrażam </w:t>
      </w:r>
      <w:r>
        <w:t>zgodę na udział dziecka w grze terenowej „</w:t>
      </w:r>
      <w:r w:rsidR="00DD4736">
        <w:t>Pos</w:t>
      </w:r>
      <w:bookmarkStart w:id="0" w:name="_GoBack"/>
      <w:bookmarkEnd w:id="0"/>
      <w:r>
        <w:t>zukanie Magii Świąt”, odbywającej się</w:t>
      </w:r>
    </w:p>
    <w:p w:rsidR="003B54B8" w:rsidRDefault="009D4177">
      <w:pPr>
        <w:spacing w:after="40"/>
      </w:pPr>
      <w:r>
        <w:t xml:space="preserve">   ulicami miasta, pod opieką osób wyznaczonych przez Organizatora i na zasadach bezpieczeństwa</w:t>
      </w:r>
    </w:p>
    <w:p w:rsidR="003B54B8" w:rsidRDefault="009D4177">
      <w:pPr>
        <w:spacing w:after="40"/>
      </w:pPr>
      <w:r>
        <w:t xml:space="preserve">   przekazanych uczestnikom.</w:t>
      </w:r>
    </w:p>
    <w:p w:rsidR="003B54B8" w:rsidRDefault="009D4177">
      <w:pPr>
        <w:spacing w:after="40"/>
      </w:pPr>
      <w:r>
        <w:t>☐</w:t>
      </w:r>
      <w:r>
        <w:t xml:space="preserve"> Oświadczam, że podałem/am prawdziwe i aktualne d</w:t>
      </w:r>
      <w:r>
        <w:t>ane oraz przekazałem/am informacje istotne</w:t>
      </w:r>
    </w:p>
    <w:p w:rsidR="003B54B8" w:rsidRDefault="009D4177">
      <w:pPr>
        <w:spacing w:after="40"/>
      </w:pPr>
      <w:r>
        <w:t xml:space="preserve">   dla bezpieczeństwa i zdrowia dziecka.</w:t>
      </w:r>
    </w:p>
    <w:p w:rsidR="003B54B8" w:rsidRDefault="009D4177">
      <w:pPr>
        <w:spacing w:after="40"/>
      </w:pPr>
      <w:r>
        <w:t>☐</w:t>
      </w:r>
      <w:r>
        <w:t xml:space="preserve"> Zobowiązuję się do zapewnienia odbioru dziecka w miejscu i czasie wskazanym przez Organizatora.</w:t>
      </w:r>
    </w:p>
    <w:p w:rsidR="003B54B8" w:rsidRDefault="009D4177">
      <w:pPr>
        <w:spacing w:after="40"/>
      </w:pPr>
      <w:r>
        <w:t>☐</w:t>
      </w:r>
      <w:r>
        <w:t xml:space="preserve"> Zapoznałem/am się z regulaminem wydarzenia i akceptuję jego </w:t>
      </w:r>
      <w:r>
        <w:t>postanowienia.</w:t>
      </w:r>
    </w:p>
    <w:p w:rsidR="003B54B8" w:rsidRDefault="009D4177">
      <w:pPr>
        <w:spacing w:before="80" w:after="40"/>
      </w:pPr>
      <w:r>
        <w:rPr>
          <w:b/>
          <w:sz w:val="19"/>
        </w:rPr>
        <w:t>5. OPŁATA</w:t>
      </w:r>
    </w:p>
    <w:p w:rsidR="003B54B8" w:rsidRDefault="009D4177">
      <w:pPr>
        <w:spacing w:after="40"/>
      </w:pPr>
      <w:r>
        <w:t>Wpisowe wynosi 70 zł. Sposób i termin wniesienia opłaty określa Organizator.</w:t>
      </w:r>
    </w:p>
    <w:p w:rsidR="003B54B8" w:rsidRDefault="009D4177">
      <w:pPr>
        <w:spacing w:after="40"/>
      </w:pPr>
      <w:r>
        <w:t>Potwierdzenie wpłaty (wypełnia Organizator):   ☐ TAK   ☐ NIE     Data: ....................................</w:t>
      </w:r>
    </w:p>
    <w:p w:rsidR="003B54B8" w:rsidRDefault="009D4177">
      <w:pPr>
        <w:spacing w:before="80" w:after="40"/>
      </w:pPr>
      <w:r>
        <w:rPr>
          <w:b/>
          <w:sz w:val="19"/>
        </w:rPr>
        <w:t>6. PODPIS</w:t>
      </w:r>
    </w:p>
    <w:p w:rsidR="003B54B8" w:rsidRDefault="009D4177">
      <w:pPr>
        <w:spacing w:after="40"/>
      </w:pPr>
      <w:r>
        <w:t>Oświadczam, że zapoznałem/am się z p</w:t>
      </w:r>
      <w:r>
        <w:t>owyższymi informacjami.</w:t>
      </w:r>
    </w:p>
    <w:p w:rsidR="003B54B8" w:rsidRDefault="009D4177">
      <w:pPr>
        <w:spacing w:after="40"/>
      </w:pPr>
      <w:r>
        <w:t>Miejscowość i data: .......................................................................................................................</w:t>
      </w:r>
    </w:p>
    <w:p w:rsidR="003B54B8" w:rsidRDefault="009D4177">
      <w:pPr>
        <w:spacing w:after="40"/>
      </w:pPr>
      <w:r>
        <w:t>Czytelny podpis rodzica / opiekuna prawnego: ...............................................</w:t>
      </w:r>
      <w:r>
        <w:t>................................</w:t>
      </w:r>
    </w:p>
    <w:p w:rsidR="003B54B8" w:rsidRDefault="009D4177">
      <w:pPr>
        <w:spacing w:before="80" w:after="0"/>
      </w:pPr>
      <w:r>
        <w:rPr>
          <w:b/>
        </w:rPr>
        <w:t xml:space="preserve">Informacja: </w:t>
      </w:r>
      <w:r>
        <w:t>Kartę należy przekazać Organizatorowi przed udziałem dziecka w wydarzeniu. Zgoda na wykorzystanie wizerunku, jeśli będzie potrzebna, powinna być zebrana odrębnie i dobrowolnie.</w:t>
      </w:r>
    </w:p>
    <w:sectPr w:rsidR="003B54B8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177" w:rsidRDefault="009D4177">
      <w:pPr>
        <w:spacing w:after="0" w:line="240" w:lineRule="auto"/>
      </w:pPr>
      <w:r>
        <w:separator/>
      </w:r>
    </w:p>
  </w:endnote>
  <w:endnote w:type="continuationSeparator" w:id="0">
    <w:p w:rsidR="009D4177" w:rsidRDefault="009D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4B8" w:rsidRDefault="009D4177">
    <w:pPr>
      <w:pStyle w:val="Stopka"/>
      <w:jc w:val="center"/>
    </w:pPr>
    <w:r>
      <w:rPr>
        <w:sz w:val="16"/>
      </w:rPr>
      <w:t>BiCK Trzcińsko-Zdrój • Oddział dla Dzieci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177" w:rsidRDefault="009D4177">
      <w:pPr>
        <w:spacing w:after="0" w:line="240" w:lineRule="auto"/>
      </w:pPr>
      <w:r>
        <w:separator/>
      </w:r>
    </w:p>
  </w:footnote>
  <w:footnote w:type="continuationSeparator" w:id="0">
    <w:p w:rsidR="009D4177" w:rsidRDefault="009D4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54B8"/>
    <w:rsid w:val="009D4177"/>
    <w:rsid w:val="00AA1D8D"/>
    <w:rsid w:val="00B47730"/>
    <w:rsid w:val="00CB0664"/>
    <w:rsid w:val="00DD47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BB34087-0C0D-46A4-BE7F-586CBC48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EF1AE0-C064-43C7-B678-7F6E6F9B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Bibliotekarz</cp:lastModifiedBy>
  <cp:revision>3</cp:revision>
  <dcterms:created xsi:type="dcterms:W3CDTF">2013-12-23T23:15:00Z</dcterms:created>
  <dcterms:modified xsi:type="dcterms:W3CDTF">2026-10-16T10:50:00Z</dcterms:modified>
  <cp:category/>
</cp:coreProperties>
</file>